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3ADDA" w14:textId="77777777" w:rsidR="00567508" w:rsidRPr="00966823" w:rsidRDefault="00000000" w:rsidP="00966823">
      <w:pPr>
        <w:spacing w:before="280" w:after="80"/>
        <w:jc w:val="center"/>
        <w:rPr>
          <w:sz w:val="36"/>
          <w:szCs w:val="36"/>
          <w:lang w:val="pl-PL"/>
        </w:rPr>
      </w:pPr>
      <w:r w:rsidRPr="00966823">
        <w:rPr>
          <w:b/>
          <w:color w:val="000000"/>
          <w:sz w:val="36"/>
          <w:szCs w:val="36"/>
          <w:lang w:val="pl-PL"/>
        </w:rPr>
        <w:t>FORMULARZ REKLAMACYJNY PRICE&amp;STYLE</w:t>
      </w:r>
    </w:p>
    <w:p w14:paraId="0CF15964" w14:textId="47086DD2" w:rsidR="00567508" w:rsidRPr="00966823" w:rsidRDefault="00000000" w:rsidP="00966823">
      <w:pPr>
        <w:spacing w:after="200"/>
        <w:jc w:val="center"/>
        <w:rPr>
          <w:lang w:val="pl-PL"/>
        </w:rPr>
      </w:pPr>
      <w:r w:rsidRPr="00966823">
        <w:rPr>
          <w:color w:val="5A626C"/>
          <w:sz w:val="26"/>
          <w:lang w:val="pl-PL"/>
        </w:rPr>
        <w:t>Zgłoszenie niezgodności Towaru z umową</w:t>
      </w:r>
    </w:p>
    <w:p w14:paraId="21FF18F6" w14:textId="77777777" w:rsidR="00567508" w:rsidRPr="00966823" w:rsidRDefault="00000000">
      <w:pPr>
        <w:pBdr>
          <w:bottom w:val="single" w:sz="10" w:space="8" w:color="2E74B5"/>
        </w:pBdr>
        <w:spacing w:after="280"/>
        <w:rPr>
          <w:lang w:val="pl-PL"/>
        </w:rPr>
      </w:pPr>
      <w:r w:rsidRPr="00966823">
        <w:rPr>
          <w:b/>
          <w:sz w:val="20"/>
          <w:lang w:val="pl-PL"/>
        </w:rPr>
        <w:t xml:space="preserve">Sprzedawca: </w:t>
      </w:r>
      <w:proofErr w:type="spellStart"/>
      <w:r w:rsidRPr="00966823">
        <w:rPr>
          <w:sz w:val="20"/>
          <w:lang w:val="pl-PL"/>
        </w:rPr>
        <w:t>Price</w:t>
      </w:r>
      <w:proofErr w:type="spellEnd"/>
      <w:r w:rsidRPr="00966823">
        <w:rPr>
          <w:sz w:val="20"/>
          <w:lang w:val="pl-PL"/>
        </w:rPr>
        <w:t xml:space="preserve"> &amp; Style Adam Rudnicki   </w:t>
      </w:r>
      <w:r w:rsidRPr="00966823">
        <w:rPr>
          <w:b/>
          <w:sz w:val="20"/>
          <w:lang w:val="pl-PL"/>
        </w:rPr>
        <w:t xml:space="preserve">Serwis: </w:t>
      </w:r>
      <w:r w:rsidRPr="00966823">
        <w:rPr>
          <w:sz w:val="20"/>
          <w:lang w:val="pl-PL"/>
        </w:rPr>
        <w:t xml:space="preserve">https://pricestyle.pl   </w:t>
      </w:r>
      <w:r w:rsidRPr="00966823">
        <w:rPr>
          <w:b/>
          <w:sz w:val="20"/>
          <w:lang w:val="pl-PL"/>
        </w:rPr>
        <w:t xml:space="preserve">Wersja: </w:t>
      </w:r>
      <w:r w:rsidRPr="00966823">
        <w:rPr>
          <w:sz w:val="20"/>
          <w:lang w:val="pl-PL"/>
        </w:rPr>
        <w:t xml:space="preserve">11 sierpnia 2026 r.   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567508" w:rsidRPr="00966823" w14:paraId="494AAD34" w14:textId="77777777">
        <w:tc>
          <w:tcPr>
            <w:tcW w:w="936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6D61B8" w14:textId="34AB6631" w:rsidR="00567508" w:rsidRPr="00966823" w:rsidRDefault="00000000">
            <w:pPr>
              <w:spacing w:after="60"/>
              <w:rPr>
                <w:lang w:val="pl-PL"/>
              </w:rPr>
            </w:pPr>
            <w:r w:rsidRPr="006E2991">
              <w:rPr>
                <w:b/>
                <w:color w:val="595959" w:themeColor="text1" w:themeTint="A6"/>
                <w:sz w:val="21"/>
                <w:lang w:val="pl-PL"/>
              </w:rPr>
              <w:t xml:space="preserve">Zgłoszenie: </w:t>
            </w:r>
            <w:r w:rsidRPr="00966823">
              <w:rPr>
                <w:sz w:val="21"/>
                <w:lang w:val="pl-PL"/>
              </w:rPr>
              <w:t xml:space="preserve">E-mail: reklamacje@pricestyle.pl; pocztą: </w:t>
            </w:r>
            <w:proofErr w:type="spellStart"/>
            <w:r w:rsidRPr="00966823">
              <w:rPr>
                <w:sz w:val="21"/>
                <w:lang w:val="pl-PL"/>
              </w:rPr>
              <w:t>Price</w:t>
            </w:r>
            <w:proofErr w:type="spellEnd"/>
            <w:r w:rsidRPr="00966823">
              <w:rPr>
                <w:sz w:val="21"/>
                <w:lang w:val="pl-PL"/>
              </w:rPr>
              <w:t xml:space="preserve"> &amp; Style Adam Rudnicki, al. Niepodległości 14, 58-100 Świdnica; osobiście: </w:t>
            </w:r>
            <w:r w:rsidR="00966823" w:rsidRPr="00966823">
              <w:rPr>
                <w:sz w:val="21"/>
                <w:lang w:val="pl-PL"/>
              </w:rPr>
              <w:t xml:space="preserve">Sklep </w:t>
            </w:r>
            <w:proofErr w:type="spellStart"/>
            <w:r w:rsidR="00966823" w:rsidRPr="00966823">
              <w:rPr>
                <w:sz w:val="21"/>
                <w:lang w:val="pl-PL"/>
              </w:rPr>
              <w:t>Price</w:t>
            </w:r>
            <w:proofErr w:type="spellEnd"/>
            <w:r w:rsidR="00966823" w:rsidRPr="00966823">
              <w:rPr>
                <w:sz w:val="21"/>
                <w:lang w:val="pl-PL"/>
              </w:rPr>
              <w:t xml:space="preserve"> &amp; Style, </w:t>
            </w:r>
            <w:r w:rsidRPr="00966823">
              <w:rPr>
                <w:sz w:val="21"/>
                <w:lang w:val="pl-PL"/>
              </w:rPr>
              <w:t>ul. Trybunalska 2, 58-100 Świdnica; tel. +48 667 929 319.</w:t>
            </w:r>
          </w:p>
        </w:tc>
      </w:tr>
    </w:tbl>
    <w:p w14:paraId="50E38A2B" w14:textId="77777777" w:rsidR="00567508" w:rsidRPr="00966823" w:rsidRDefault="00567508">
      <w:pPr>
        <w:spacing w:after="0"/>
        <w:rPr>
          <w:lang w:val="pl-PL"/>
        </w:rPr>
      </w:pPr>
    </w:p>
    <w:p w14:paraId="44386B23" w14:textId="77777777" w:rsidR="00567508" w:rsidRDefault="00000000">
      <w:pPr>
        <w:spacing w:before="200" w:after="40"/>
      </w:pPr>
      <w:r>
        <w:rPr>
          <w:color w:val="5A626C"/>
          <w:sz w:val="20"/>
        </w:rPr>
        <w:t>________________________________________________________________</w:t>
      </w:r>
    </w:p>
    <w:p w14:paraId="4372FD8C" w14:textId="77777777" w:rsidR="00567508" w:rsidRDefault="00000000">
      <w:pPr>
        <w:spacing w:after="80"/>
      </w:pPr>
      <w:r>
        <w:rPr>
          <w:color w:val="5A626C"/>
          <w:sz w:val="18"/>
        </w:rPr>
        <w:t>imię i nazwisko</w:t>
      </w:r>
    </w:p>
    <w:p w14:paraId="2D75C9EA" w14:textId="77777777" w:rsidR="00567508" w:rsidRDefault="00000000">
      <w:pPr>
        <w:spacing w:before="200" w:after="40"/>
      </w:pPr>
      <w:r>
        <w:rPr>
          <w:color w:val="5A626C"/>
          <w:sz w:val="20"/>
        </w:rPr>
        <w:t>________________________________________________________________</w:t>
      </w:r>
    </w:p>
    <w:p w14:paraId="1ACFD89F" w14:textId="77777777" w:rsidR="00567508" w:rsidRDefault="00000000">
      <w:pPr>
        <w:spacing w:after="80"/>
      </w:pPr>
      <w:r>
        <w:rPr>
          <w:color w:val="5A626C"/>
          <w:sz w:val="18"/>
        </w:rPr>
        <w:t>adres pocztowy</w:t>
      </w:r>
    </w:p>
    <w:p w14:paraId="32B61199" w14:textId="77777777" w:rsidR="00567508" w:rsidRDefault="00000000">
      <w:pPr>
        <w:spacing w:before="200" w:after="40"/>
      </w:pPr>
      <w:r>
        <w:rPr>
          <w:color w:val="5A626C"/>
          <w:sz w:val="20"/>
        </w:rPr>
        <w:t>________________________________________________________________</w:t>
      </w:r>
    </w:p>
    <w:p w14:paraId="0DCDD927" w14:textId="77777777" w:rsidR="00567508" w:rsidRDefault="00000000">
      <w:pPr>
        <w:spacing w:after="80"/>
      </w:pPr>
      <w:r>
        <w:rPr>
          <w:color w:val="5A626C"/>
          <w:sz w:val="18"/>
        </w:rPr>
        <w:t>adres e-mail i telefon</w:t>
      </w:r>
    </w:p>
    <w:p w14:paraId="2D1053FB" w14:textId="77777777" w:rsidR="00567508" w:rsidRDefault="00000000">
      <w:pPr>
        <w:spacing w:before="200" w:after="40"/>
      </w:pPr>
      <w:r>
        <w:rPr>
          <w:color w:val="5A626C"/>
          <w:sz w:val="20"/>
        </w:rPr>
        <w:t>________________________________________________________________</w:t>
      </w:r>
    </w:p>
    <w:p w14:paraId="6672A178" w14:textId="77777777" w:rsidR="00567508" w:rsidRPr="00966823" w:rsidRDefault="00000000">
      <w:pPr>
        <w:spacing w:after="80"/>
        <w:rPr>
          <w:lang w:val="pl-PL"/>
        </w:rPr>
      </w:pPr>
      <w:r w:rsidRPr="00966823">
        <w:rPr>
          <w:color w:val="5A626C"/>
          <w:sz w:val="18"/>
          <w:lang w:val="pl-PL"/>
        </w:rPr>
        <w:t>numer zamówienia lub inny dowód zakupu</w:t>
      </w:r>
    </w:p>
    <w:p w14:paraId="56A957E7" w14:textId="77777777" w:rsidR="00567508" w:rsidRPr="00966823" w:rsidRDefault="00000000">
      <w:pPr>
        <w:spacing w:before="200" w:after="40"/>
        <w:rPr>
          <w:lang w:val="pl-PL"/>
        </w:rPr>
      </w:pPr>
      <w:r w:rsidRPr="00966823">
        <w:rPr>
          <w:color w:val="5A626C"/>
          <w:sz w:val="20"/>
          <w:lang w:val="pl-PL"/>
        </w:rPr>
        <w:t>________________________________________________________________</w:t>
      </w:r>
    </w:p>
    <w:p w14:paraId="399E148E" w14:textId="77777777" w:rsidR="00567508" w:rsidRPr="00966823" w:rsidRDefault="00000000">
      <w:pPr>
        <w:spacing w:after="80"/>
        <w:rPr>
          <w:lang w:val="pl-PL"/>
        </w:rPr>
      </w:pPr>
      <w:r w:rsidRPr="00966823">
        <w:rPr>
          <w:color w:val="5A626C"/>
          <w:sz w:val="18"/>
          <w:lang w:val="pl-PL"/>
        </w:rPr>
        <w:t>nazwa reklamowanego Towaru</w:t>
      </w:r>
    </w:p>
    <w:p w14:paraId="00876B0C" w14:textId="77777777" w:rsidR="00567508" w:rsidRPr="00966823" w:rsidRDefault="00000000">
      <w:pPr>
        <w:spacing w:before="200" w:after="40"/>
        <w:rPr>
          <w:lang w:val="pl-PL"/>
        </w:rPr>
      </w:pPr>
      <w:r w:rsidRPr="00966823">
        <w:rPr>
          <w:color w:val="5A626C"/>
          <w:sz w:val="20"/>
          <w:lang w:val="pl-PL"/>
        </w:rPr>
        <w:t>________________________________________________________________</w:t>
      </w:r>
    </w:p>
    <w:p w14:paraId="66226E91" w14:textId="77777777" w:rsidR="00567508" w:rsidRPr="00966823" w:rsidRDefault="00000000">
      <w:pPr>
        <w:spacing w:after="80"/>
        <w:rPr>
          <w:lang w:val="pl-PL"/>
        </w:rPr>
      </w:pPr>
      <w:r w:rsidRPr="00966823">
        <w:rPr>
          <w:color w:val="5A626C"/>
          <w:sz w:val="18"/>
          <w:lang w:val="pl-PL"/>
        </w:rPr>
        <w:t>data zakupu i data odbioru</w:t>
      </w:r>
    </w:p>
    <w:p w14:paraId="51F8AE42" w14:textId="77777777" w:rsidR="00567508" w:rsidRPr="006E2991" w:rsidRDefault="00000000">
      <w:pPr>
        <w:pStyle w:val="Nagwek2"/>
        <w:rPr>
          <w:color w:val="595959" w:themeColor="text1" w:themeTint="A6"/>
          <w:lang w:val="pl-PL"/>
        </w:rPr>
      </w:pPr>
      <w:r w:rsidRPr="006E2991">
        <w:rPr>
          <w:color w:val="595959" w:themeColor="text1" w:themeTint="A6"/>
          <w:lang w:val="pl-PL"/>
        </w:rPr>
        <w:t>Opis niezgodności Towaru z umową</w:t>
      </w:r>
    </w:p>
    <w:p w14:paraId="4C41E966" w14:textId="429C8865" w:rsidR="00567508" w:rsidRDefault="00966823">
      <w:pPr>
        <w:rPr>
          <w:lang w:val="pl-PL"/>
        </w:rPr>
      </w:pPr>
      <w:r w:rsidRPr="00966823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8D6A71" wp14:editId="02C28C8E">
                <wp:simplePos x="0" y="0"/>
                <wp:positionH relativeFrom="column">
                  <wp:posOffset>10160</wp:posOffset>
                </wp:positionH>
                <wp:positionV relativeFrom="paragraph">
                  <wp:posOffset>266065</wp:posOffset>
                </wp:positionV>
                <wp:extent cx="5770245" cy="2164080"/>
                <wp:effectExtent l="0" t="0" r="20955" b="2667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0245" cy="2164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091DB" w14:textId="2EA2A287" w:rsidR="00966823" w:rsidRPr="00966823" w:rsidRDefault="00966823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8D6A7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8pt;margin-top:20.95pt;width:454.35pt;height:170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">
                <v:textbox>
                  <w:txbxContent>
                    <w:p w14:paraId="51D091DB" w14:textId="2EA2A287" w:rsidR="00966823" w:rsidRPr="00966823" w:rsidRDefault="00966823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66823">
        <w:rPr>
          <w:lang w:val="pl-PL"/>
        </w:rPr>
        <w:t xml:space="preserve"> </w:t>
      </w:r>
      <w:r w:rsidRPr="00966823">
        <w:rPr>
          <w:lang w:val="pl-PL"/>
        </w:rPr>
        <w:t>Opisz, na czym polega problem, kiedy został zauważony i w jakich okolicznościach występuje</w:t>
      </w:r>
      <w:r>
        <w:rPr>
          <w:lang w:val="pl-PL"/>
        </w:rPr>
        <w:t>:</w:t>
      </w:r>
    </w:p>
    <w:p w14:paraId="6B0DE4D9" w14:textId="77777777" w:rsidR="00966823" w:rsidRDefault="00966823">
      <w:pPr>
        <w:rPr>
          <w:lang w:val="pl-PL"/>
        </w:rPr>
      </w:pPr>
    </w:p>
    <w:p w14:paraId="5EFFD57F" w14:textId="77777777" w:rsidR="00567508" w:rsidRPr="006E2991" w:rsidRDefault="00000000">
      <w:pPr>
        <w:pStyle w:val="Nagwek2"/>
        <w:pageBreakBefore/>
        <w:rPr>
          <w:color w:val="595959" w:themeColor="text1" w:themeTint="A6"/>
          <w:lang w:val="pl-PL"/>
        </w:rPr>
      </w:pPr>
      <w:r w:rsidRPr="006E2991">
        <w:rPr>
          <w:color w:val="595959" w:themeColor="text1" w:themeTint="A6"/>
          <w:lang w:val="pl-PL"/>
        </w:rPr>
        <w:lastRenderedPageBreak/>
        <w:t>Żądanie</w:t>
      </w:r>
    </w:p>
    <w:p w14:paraId="17AE5230" w14:textId="05B31133" w:rsidR="00567508" w:rsidRPr="00966823" w:rsidRDefault="00000000">
      <w:pPr>
        <w:rPr>
          <w:lang w:val="pl-PL"/>
        </w:rPr>
      </w:pPr>
      <w:r w:rsidRPr="00966823">
        <w:rPr>
          <w:lang w:val="pl-PL"/>
        </w:rPr>
        <w:t>W pierwszej kolejności co do zasady można żądać naprawy albo wymiany. Obniżenie ceny lub odstąpienie od umowy przysługuje w przypadkach określonych ustawą</w:t>
      </w:r>
      <w:r w:rsidR="006E2991">
        <w:rPr>
          <w:lang w:val="pl-PL"/>
        </w:rPr>
        <w:t xml:space="preserve">, w tym w przypadku </w:t>
      </w:r>
      <w:proofErr w:type="spellStart"/>
      <w:r w:rsidR="006E2991">
        <w:rPr>
          <w:lang w:val="pl-PL"/>
        </w:rPr>
        <w:t>niemożlności</w:t>
      </w:r>
      <w:proofErr w:type="spellEnd"/>
      <w:r w:rsidR="006E2991">
        <w:rPr>
          <w:lang w:val="pl-PL"/>
        </w:rPr>
        <w:t xml:space="preserve"> naprawy bądź wymiany towaru na inny.</w:t>
      </w:r>
    </w:p>
    <w:p w14:paraId="1593C83E" w14:textId="77777777" w:rsidR="00567508" w:rsidRDefault="00000000">
      <w:pPr>
        <w:pStyle w:val="Listapunktowana"/>
        <w:spacing w:after="160" w:line="280" w:lineRule="auto"/>
        <w:ind w:left="720"/>
      </w:pPr>
      <w:proofErr w:type="spellStart"/>
      <w:r>
        <w:t>Żądam</w:t>
      </w:r>
      <w:proofErr w:type="spellEnd"/>
      <w:r>
        <w:t xml:space="preserve"> </w:t>
      </w:r>
      <w:proofErr w:type="spellStart"/>
      <w:r>
        <w:t>naprawy</w:t>
      </w:r>
      <w:proofErr w:type="spellEnd"/>
      <w:r>
        <w:t xml:space="preserve"> </w:t>
      </w:r>
      <w:proofErr w:type="spellStart"/>
      <w:r>
        <w:t>Towaru</w:t>
      </w:r>
      <w:proofErr w:type="spellEnd"/>
      <w:r>
        <w:t>.</w:t>
      </w:r>
    </w:p>
    <w:p w14:paraId="6175ACF7" w14:textId="77777777" w:rsidR="00567508" w:rsidRPr="00966823" w:rsidRDefault="00000000">
      <w:pPr>
        <w:pStyle w:val="Listapunktowana"/>
        <w:spacing w:after="160" w:line="280" w:lineRule="auto"/>
        <w:ind w:left="720"/>
        <w:rPr>
          <w:lang w:val="pl-PL"/>
        </w:rPr>
      </w:pPr>
      <w:r w:rsidRPr="00966823">
        <w:rPr>
          <w:lang w:val="pl-PL"/>
        </w:rPr>
        <w:t>Żądam wymiany Towaru na zgodny z umową.</w:t>
      </w:r>
    </w:p>
    <w:p w14:paraId="7A7973A4" w14:textId="77777777" w:rsidR="00567508" w:rsidRPr="00966823" w:rsidRDefault="00000000">
      <w:pPr>
        <w:pStyle w:val="Listapunktowana"/>
        <w:spacing w:after="160" w:line="280" w:lineRule="auto"/>
        <w:ind w:left="720"/>
        <w:rPr>
          <w:lang w:val="pl-PL"/>
        </w:rPr>
      </w:pPr>
      <w:r w:rsidRPr="00966823">
        <w:rPr>
          <w:lang w:val="pl-PL"/>
        </w:rPr>
        <w:t>Żądam obniżenia ceny o kwotę: __________________ zł – podstawa żądania: ________________________________.</w:t>
      </w:r>
    </w:p>
    <w:p w14:paraId="20565AB5" w14:textId="77777777" w:rsidR="00567508" w:rsidRPr="00966823" w:rsidRDefault="00000000">
      <w:pPr>
        <w:pStyle w:val="Listapunktowana"/>
        <w:spacing w:after="160" w:line="280" w:lineRule="auto"/>
        <w:ind w:left="720"/>
        <w:rPr>
          <w:lang w:val="pl-PL"/>
        </w:rPr>
      </w:pPr>
      <w:r w:rsidRPr="00966823">
        <w:rPr>
          <w:lang w:val="pl-PL"/>
        </w:rPr>
        <w:t>Odstępuję od umowy – podstawa żądania: ________________________________________________.</w:t>
      </w:r>
    </w:p>
    <w:p w14:paraId="2BE29C9C" w14:textId="77777777" w:rsidR="00567508" w:rsidRDefault="00000000">
      <w:pPr>
        <w:pStyle w:val="Listapunktowana"/>
        <w:spacing w:after="160" w:line="280" w:lineRule="auto"/>
        <w:ind w:left="720"/>
      </w:pPr>
      <w:r>
        <w:t xml:space="preserve">Inne / </w:t>
      </w:r>
      <w:proofErr w:type="spellStart"/>
      <w:r>
        <w:t>dodatkowe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>: ___________________________________________________________.</w:t>
      </w:r>
    </w:p>
    <w:p w14:paraId="2F9ED1C2" w14:textId="77777777" w:rsidR="00567508" w:rsidRPr="006E2991" w:rsidRDefault="00000000">
      <w:pPr>
        <w:pStyle w:val="Nagwek2"/>
        <w:rPr>
          <w:color w:val="595959" w:themeColor="text1" w:themeTint="A6"/>
        </w:rPr>
      </w:pPr>
      <w:r w:rsidRPr="006E2991">
        <w:rPr>
          <w:color w:val="595959" w:themeColor="text1" w:themeTint="A6"/>
        </w:rPr>
        <w:t>Sposób kontaktu i przekazania Towaru</w:t>
      </w:r>
    </w:p>
    <w:p w14:paraId="43195FF7" w14:textId="77777777" w:rsidR="006E2991" w:rsidRDefault="00000000">
      <w:pPr>
        <w:rPr>
          <w:lang w:val="pl-PL"/>
        </w:rPr>
      </w:pPr>
      <w:r w:rsidRPr="00966823">
        <w:rPr>
          <w:lang w:val="pl-PL"/>
        </w:rPr>
        <w:t>Proszę o odpowiedź</w:t>
      </w:r>
      <w:r w:rsidR="006E2991">
        <w:rPr>
          <w:lang w:val="pl-PL"/>
        </w:rPr>
        <w:t xml:space="preserve"> </w:t>
      </w:r>
      <w:r w:rsidRPr="00966823">
        <w:rPr>
          <w:lang w:val="pl-PL"/>
        </w:rPr>
        <w:t xml:space="preserve">e-mailem / </w:t>
      </w:r>
      <w:r w:rsidR="006E2991">
        <w:rPr>
          <w:lang w:val="pl-PL"/>
        </w:rPr>
        <w:t xml:space="preserve">tradycyjną </w:t>
      </w:r>
      <w:r w:rsidRPr="00966823">
        <w:rPr>
          <w:lang w:val="pl-PL"/>
        </w:rPr>
        <w:t xml:space="preserve">pocztą (niepotrzebne skreślić). </w:t>
      </w:r>
    </w:p>
    <w:p w14:paraId="7AE1C515" w14:textId="71F65B9B" w:rsidR="00567508" w:rsidRPr="00966823" w:rsidRDefault="00000000">
      <w:pPr>
        <w:rPr>
          <w:lang w:val="pl-PL"/>
        </w:rPr>
      </w:pPr>
      <w:r w:rsidRPr="00966823">
        <w:rPr>
          <w:lang w:val="pl-PL"/>
        </w:rPr>
        <w:t xml:space="preserve">Nie </w:t>
      </w:r>
      <w:r w:rsidR="006E2991">
        <w:rPr>
          <w:lang w:val="pl-PL"/>
        </w:rPr>
        <w:t xml:space="preserve">należy </w:t>
      </w:r>
      <w:r w:rsidRPr="00966823">
        <w:rPr>
          <w:lang w:val="pl-PL"/>
        </w:rPr>
        <w:t>wysył</w:t>
      </w:r>
      <w:r w:rsidR="006E2991">
        <w:rPr>
          <w:lang w:val="pl-PL"/>
        </w:rPr>
        <w:t>ać</w:t>
      </w:r>
      <w:r w:rsidRPr="00966823">
        <w:rPr>
          <w:lang w:val="pl-PL"/>
        </w:rPr>
        <w:t xml:space="preserve"> przesyłki na koszt Sprzedawcy bez wcześniejszego uzgodnienia.</w:t>
      </w:r>
    </w:p>
    <w:p w14:paraId="4252AD04" w14:textId="77777777" w:rsidR="00567508" w:rsidRPr="00966823" w:rsidRDefault="00000000">
      <w:pPr>
        <w:rPr>
          <w:lang w:val="pl-PL"/>
        </w:rPr>
      </w:pPr>
      <w:r w:rsidRPr="00966823">
        <w:rPr>
          <w:lang w:val="pl-PL"/>
        </w:rPr>
        <w:t>Załączniki – opcjonalnie: zdjęcia, kopia dowodu zakupu, inne dokumenty:</w:t>
      </w:r>
    </w:p>
    <w:p w14:paraId="78C44BFD" w14:textId="77777777" w:rsidR="00567508" w:rsidRPr="00966823" w:rsidRDefault="00000000">
      <w:pPr>
        <w:spacing w:before="200" w:after="40"/>
        <w:rPr>
          <w:lang w:val="pl-PL"/>
        </w:rPr>
      </w:pPr>
      <w:r w:rsidRPr="00966823">
        <w:rPr>
          <w:color w:val="5A626C"/>
          <w:sz w:val="20"/>
          <w:lang w:val="pl-PL"/>
        </w:rPr>
        <w:t>________________________________________________________________</w:t>
      </w:r>
    </w:p>
    <w:p w14:paraId="1DA42B70" w14:textId="77777777" w:rsidR="00567508" w:rsidRDefault="00000000">
      <w:pPr>
        <w:spacing w:after="80"/>
        <w:rPr>
          <w:color w:val="5A626C"/>
          <w:sz w:val="18"/>
          <w:lang w:val="pl-PL"/>
        </w:rPr>
      </w:pPr>
      <w:r w:rsidRPr="00966823">
        <w:rPr>
          <w:color w:val="5A626C"/>
          <w:sz w:val="18"/>
          <w:lang w:val="pl-PL"/>
        </w:rPr>
        <w:t>wykaz załączników</w:t>
      </w:r>
    </w:p>
    <w:p w14:paraId="17DE1FC9" w14:textId="77777777" w:rsidR="006E2991" w:rsidRDefault="006E2991">
      <w:pPr>
        <w:spacing w:after="80"/>
        <w:rPr>
          <w:color w:val="5A626C"/>
          <w:sz w:val="18"/>
          <w:lang w:val="pl-PL"/>
        </w:rPr>
      </w:pPr>
    </w:p>
    <w:p w14:paraId="32DDFB62" w14:textId="77777777" w:rsidR="006E2991" w:rsidRDefault="006E2991">
      <w:pPr>
        <w:spacing w:after="80"/>
        <w:rPr>
          <w:color w:val="5A626C"/>
          <w:sz w:val="18"/>
          <w:lang w:val="pl-PL"/>
        </w:rPr>
      </w:pPr>
    </w:p>
    <w:p w14:paraId="2164005B" w14:textId="77777777" w:rsidR="006E2991" w:rsidRDefault="006E2991">
      <w:pPr>
        <w:spacing w:after="80"/>
        <w:rPr>
          <w:color w:val="5A626C"/>
          <w:sz w:val="18"/>
          <w:lang w:val="pl-PL"/>
        </w:rPr>
      </w:pPr>
    </w:p>
    <w:p w14:paraId="69DAA1D7" w14:textId="77777777" w:rsidR="006E2991" w:rsidRDefault="006E2991">
      <w:pPr>
        <w:spacing w:after="80"/>
        <w:rPr>
          <w:color w:val="5A626C"/>
          <w:sz w:val="18"/>
          <w:lang w:val="pl-PL"/>
        </w:rPr>
      </w:pPr>
    </w:p>
    <w:p w14:paraId="55A34623" w14:textId="77777777" w:rsidR="006E2991" w:rsidRPr="00966823" w:rsidRDefault="006E2991">
      <w:pPr>
        <w:spacing w:after="80"/>
        <w:rPr>
          <w:lang w:val="pl-PL"/>
        </w:rPr>
      </w:pPr>
    </w:p>
    <w:p w14:paraId="3E232B59" w14:textId="77777777" w:rsidR="00567508" w:rsidRPr="00966823" w:rsidRDefault="00000000">
      <w:pPr>
        <w:spacing w:before="200" w:after="40"/>
        <w:rPr>
          <w:lang w:val="pl-PL"/>
        </w:rPr>
      </w:pPr>
      <w:r w:rsidRPr="00966823">
        <w:rPr>
          <w:color w:val="5A626C"/>
          <w:sz w:val="20"/>
          <w:lang w:val="pl-PL"/>
        </w:rPr>
        <w:t>________________________________________________________________</w:t>
      </w:r>
    </w:p>
    <w:p w14:paraId="6642CFFE" w14:textId="77777777" w:rsidR="00567508" w:rsidRPr="00966823" w:rsidRDefault="00000000">
      <w:pPr>
        <w:spacing w:after="80"/>
        <w:rPr>
          <w:lang w:val="pl-PL"/>
        </w:rPr>
      </w:pPr>
      <w:r w:rsidRPr="00966823">
        <w:rPr>
          <w:color w:val="5A626C"/>
          <w:sz w:val="18"/>
          <w:lang w:val="pl-PL"/>
        </w:rPr>
        <w:t>data</w:t>
      </w:r>
    </w:p>
    <w:p w14:paraId="2C323B3C" w14:textId="77777777" w:rsidR="00567508" w:rsidRPr="00966823" w:rsidRDefault="00000000">
      <w:pPr>
        <w:spacing w:before="200" w:after="40"/>
        <w:rPr>
          <w:lang w:val="pl-PL"/>
        </w:rPr>
      </w:pPr>
      <w:r w:rsidRPr="00966823">
        <w:rPr>
          <w:color w:val="5A626C"/>
          <w:sz w:val="20"/>
          <w:lang w:val="pl-PL"/>
        </w:rPr>
        <w:t>________________________________________________________________</w:t>
      </w:r>
    </w:p>
    <w:p w14:paraId="1E173F38" w14:textId="17D0C036" w:rsidR="00567508" w:rsidRDefault="006E2991">
      <w:pPr>
        <w:spacing w:after="80"/>
        <w:rPr>
          <w:color w:val="5A626C"/>
          <w:sz w:val="18"/>
          <w:lang w:val="pl-PL"/>
        </w:rPr>
      </w:pPr>
      <w:r>
        <w:rPr>
          <w:color w:val="5A626C"/>
          <w:sz w:val="18"/>
          <w:lang w:val="pl-PL"/>
        </w:rPr>
        <w:t>Czytelny podpis Klienta</w:t>
      </w:r>
    </w:p>
    <w:p w14:paraId="174A5632" w14:textId="77777777" w:rsidR="006E2991" w:rsidRDefault="006E2991">
      <w:pPr>
        <w:spacing w:after="80"/>
        <w:rPr>
          <w:color w:val="5A626C"/>
          <w:sz w:val="18"/>
          <w:lang w:val="pl-PL"/>
        </w:rPr>
      </w:pPr>
    </w:p>
    <w:p w14:paraId="4931AEFF" w14:textId="77777777" w:rsidR="006E2991" w:rsidRDefault="006E2991">
      <w:pPr>
        <w:spacing w:after="80"/>
        <w:rPr>
          <w:color w:val="5A626C"/>
          <w:sz w:val="18"/>
          <w:lang w:val="pl-PL"/>
        </w:rPr>
      </w:pPr>
    </w:p>
    <w:p w14:paraId="06E87A7D" w14:textId="77777777" w:rsidR="006E2991" w:rsidRDefault="006E2991">
      <w:pPr>
        <w:spacing w:after="80"/>
        <w:rPr>
          <w:color w:val="5A626C"/>
          <w:sz w:val="18"/>
          <w:lang w:val="pl-PL"/>
        </w:rPr>
      </w:pPr>
    </w:p>
    <w:p w14:paraId="30C26C55" w14:textId="77777777" w:rsidR="006E2991" w:rsidRPr="00966823" w:rsidRDefault="006E2991">
      <w:pPr>
        <w:spacing w:after="80"/>
        <w:rPr>
          <w:lang w:val="pl-PL"/>
        </w:rPr>
      </w:pPr>
    </w:p>
    <w:p w14:paraId="7CE119B0" w14:textId="330096A8" w:rsidR="00567508" w:rsidRPr="006E2991" w:rsidRDefault="00000000">
      <w:pPr>
        <w:pStyle w:val="Nagwek2"/>
        <w:rPr>
          <w:color w:val="595959" w:themeColor="text1" w:themeTint="A6"/>
          <w:lang w:val="pl-PL"/>
        </w:rPr>
      </w:pPr>
      <w:r w:rsidRPr="006E2991">
        <w:rPr>
          <w:color w:val="595959" w:themeColor="text1" w:themeTint="A6"/>
          <w:lang w:val="pl-PL"/>
        </w:rPr>
        <w:t>Informacja</w:t>
      </w:r>
      <w:r w:rsidR="006E2991">
        <w:rPr>
          <w:color w:val="595959" w:themeColor="text1" w:themeTint="A6"/>
          <w:lang w:val="pl-PL"/>
        </w:rPr>
        <w:t xml:space="preserve"> dla Klienta</w:t>
      </w:r>
    </w:p>
    <w:p w14:paraId="62A366AD" w14:textId="38A068C6" w:rsidR="00567508" w:rsidRPr="00966823" w:rsidRDefault="00000000">
      <w:pPr>
        <w:rPr>
          <w:lang w:val="pl-PL"/>
        </w:rPr>
      </w:pPr>
      <w:r w:rsidRPr="00966823">
        <w:rPr>
          <w:lang w:val="pl-PL"/>
        </w:rPr>
        <w:t xml:space="preserve">Sprzedawca odpowiada na reklamację Konsumenta w terminie 14 dni od jej otrzymania. Dane z formularza są przetwarzane w celu rozpatrzenia reklamacji zgodnie z Polityką prywatności </w:t>
      </w:r>
      <w:proofErr w:type="spellStart"/>
      <w:r w:rsidRPr="00966823">
        <w:rPr>
          <w:lang w:val="pl-PL"/>
        </w:rPr>
        <w:t>Price&amp;Style</w:t>
      </w:r>
      <w:proofErr w:type="spellEnd"/>
      <w:r w:rsidRPr="00966823">
        <w:rPr>
          <w:lang w:val="pl-PL"/>
        </w:rPr>
        <w:t>.</w:t>
      </w:r>
    </w:p>
    <w:sectPr w:rsidR="00567508" w:rsidRPr="00966823" w:rsidSect="00034616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DAB70" w14:textId="77777777" w:rsidR="00D20ACD" w:rsidRDefault="00D20ACD">
      <w:pPr>
        <w:spacing w:after="0" w:line="240" w:lineRule="auto"/>
      </w:pPr>
      <w:r>
        <w:separator/>
      </w:r>
    </w:p>
  </w:endnote>
  <w:endnote w:type="continuationSeparator" w:id="0">
    <w:p w14:paraId="1B50F5C3" w14:textId="77777777" w:rsidR="00D20ACD" w:rsidRDefault="00D20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638DC" w14:textId="77777777" w:rsidR="00567508" w:rsidRDefault="00000000">
    <w:pPr>
      <w:pStyle w:val="Stopka"/>
      <w:jc w:val="right"/>
    </w:pPr>
    <w:r>
      <w:rPr>
        <w:color w:val="5A626C"/>
        <w:sz w:val="18"/>
      </w:rPr>
      <w:t xml:space="preserve">Strona </w:t>
    </w:r>
    <w:r>
      <w:rPr>
        <w:color w:val="5A626C"/>
        <w:sz w:val="18"/>
      </w:rPr>
      <w:fldChar w:fldCharType="begin"/>
    </w:r>
    <w:r>
      <w:rPr>
        <w:color w:val="5A626C"/>
        <w:sz w:val="18"/>
      </w:rPr>
      <w:instrText xml:space="preserve"> PAGE </w:instrText>
    </w:r>
    <w:r w:rsidR="00007AFE">
      <w:rPr>
        <w:color w:val="5A626C"/>
        <w:sz w:val="18"/>
      </w:rPr>
      <w:fldChar w:fldCharType="separate"/>
    </w:r>
    <w:r w:rsidR="00007AFE">
      <w:rPr>
        <w:noProof/>
        <w:color w:val="5A626C"/>
        <w:sz w:val="18"/>
      </w:rPr>
      <w:t>1</w:t>
    </w:r>
    <w:r>
      <w:rPr>
        <w:color w:val="5A626C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55288" w14:textId="77777777" w:rsidR="00D20ACD" w:rsidRDefault="00D20ACD">
      <w:pPr>
        <w:spacing w:after="0" w:line="240" w:lineRule="auto"/>
      </w:pPr>
      <w:r>
        <w:separator/>
      </w:r>
    </w:p>
  </w:footnote>
  <w:footnote w:type="continuationSeparator" w:id="0">
    <w:p w14:paraId="46A2D227" w14:textId="77777777" w:rsidR="00D20ACD" w:rsidRDefault="00D20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211B9" w14:textId="333CAF13" w:rsidR="00567508" w:rsidRDefault="00966823">
    <w:pPr>
      <w:pStyle w:val="Nagwek"/>
      <w:jc w:val="right"/>
    </w:pPr>
    <w:r>
      <w:rPr>
        <w:noProof/>
      </w:rPr>
      <w:drawing>
        <wp:inline distT="0" distB="0" distL="0" distR="0" wp14:anchorId="3A154644" wp14:editId="2531A1E2">
          <wp:extent cx="1805018" cy="292159"/>
          <wp:effectExtent l="0" t="0" r="5080" b="0"/>
          <wp:docPr id="14030092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009208" name="Obraz 14030092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5704" cy="2987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5879171">
    <w:abstractNumId w:val="8"/>
  </w:num>
  <w:num w:numId="2" w16cid:durableId="1835753264">
    <w:abstractNumId w:val="6"/>
  </w:num>
  <w:num w:numId="3" w16cid:durableId="1997217949">
    <w:abstractNumId w:val="5"/>
  </w:num>
  <w:num w:numId="4" w16cid:durableId="1104299690">
    <w:abstractNumId w:val="4"/>
  </w:num>
  <w:num w:numId="5" w16cid:durableId="1708604628">
    <w:abstractNumId w:val="7"/>
  </w:num>
  <w:num w:numId="6" w16cid:durableId="1813473956">
    <w:abstractNumId w:val="3"/>
  </w:num>
  <w:num w:numId="7" w16cid:durableId="1902787854">
    <w:abstractNumId w:val="2"/>
  </w:num>
  <w:num w:numId="8" w16cid:durableId="35275705">
    <w:abstractNumId w:val="1"/>
  </w:num>
  <w:num w:numId="9" w16cid:durableId="1719817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AFE"/>
    <w:rsid w:val="00034616"/>
    <w:rsid w:val="0006063C"/>
    <w:rsid w:val="0015074B"/>
    <w:rsid w:val="0029639D"/>
    <w:rsid w:val="00326F90"/>
    <w:rsid w:val="00567508"/>
    <w:rsid w:val="006E2991"/>
    <w:rsid w:val="00966823"/>
    <w:rsid w:val="00AA1D8D"/>
    <w:rsid w:val="00B47730"/>
    <w:rsid w:val="00CB0664"/>
    <w:rsid w:val="00D20ACD"/>
    <w:rsid w:val="00ED1B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60AC89"/>
  <w14:defaultImageDpi w14:val="330"/>
  <w15:docId w15:val="{52DBA4E9-D98D-4D0B-A8C1-D47F15C9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64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290</Words>
  <Characters>2078</Characters>
  <Application>Microsoft Office Word</Application>
  <DocSecurity>0</DocSecurity>
  <Lines>67</Lines>
  <Paragraphs>43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04 Formularz reklamacyjny PriceStyle</vt:lpstr>
      <vt:lpstr/>
    </vt:vector>
  </TitlesOfParts>
  <Manager/>
  <Company/>
  <LinksUpToDate>false</LinksUpToDate>
  <CharactersWithSpaces>2325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Formularz reklamacyjny PriceStyle</dc:title>
  <dc:subject>Dokument sklepu internetowego Price&amp;Style</dc:subject>
  <dc:creator>Price &amp; Style Adam Rudnicki</dc:creator>
  <cp:keywords>Price&amp;Style, sklep internetowy, regulamin, konsument</cp:keywords>
  <dc:description>generated by python-docx</dc:description>
  <cp:lastModifiedBy>Sylwia Osojca</cp:lastModifiedBy>
  <cp:revision>2</cp:revision>
  <dcterms:created xsi:type="dcterms:W3CDTF">2026-08-11T18:12:00Z</dcterms:created>
  <dcterms:modified xsi:type="dcterms:W3CDTF">2026-08-11T18:12:00Z</dcterms:modified>
  <cp:category/>
</cp:coreProperties>
</file>