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FB0D" w14:textId="77777777" w:rsidR="00AA52D8" w:rsidRPr="006D4BCD" w:rsidRDefault="00000000" w:rsidP="00536181">
      <w:pPr>
        <w:spacing w:before="80" w:after="80"/>
        <w:jc w:val="center"/>
        <w:rPr>
          <w:color w:val="595959" w:themeColor="text1" w:themeTint="A6"/>
          <w:sz w:val="32"/>
          <w:szCs w:val="32"/>
          <w:lang w:val="pl-PL"/>
        </w:rPr>
      </w:pPr>
      <w:r w:rsidRPr="006D4BCD">
        <w:rPr>
          <w:b/>
          <w:color w:val="595959" w:themeColor="text1" w:themeTint="A6"/>
          <w:sz w:val="32"/>
          <w:szCs w:val="32"/>
          <w:lang w:val="pl-PL"/>
        </w:rPr>
        <w:t>FORMULARZ ODSTĄPIENIA OD UMOWY</w:t>
      </w:r>
    </w:p>
    <w:p w14:paraId="40A2E708" w14:textId="4B7C66F9" w:rsidR="00AA52D8" w:rsidRPr="006D4BCD" w:rsidRDefault="00000000" w:rsidP="006D4BCD">
      <w:pPr>
        <w:spacing w:after="0"/>
        <w:jc w:val="center"/>
        <w:rPr>
          <w:szCs w:val="20"/>
          <w:lang w:val="pl-PL"/>
        </w:rPr>
      </w:pPr>
      <w:r w:rsidRPr="006D4BCD">
        <w:rPr>
          <w:color w:val="5A626C"/>
          <w:szCs w:val="20"/>
          <w:lang w:val="pl-PL"/>
        </w:rPr>
        <w:t>Dla Konsumenta lub Przedsiębiorcy na prawach konsumenta</w:t>
      </w:r>
    </w:p>
    <w:p w14:paraId="4485F86B" w14:textId="2E3E9C87" w:rsidR="00AA52D8" w:rsidRPr="006D4BCD" w:rsidRDefault="00000000" w:rsidP="006D4BCD">
      <w:pPr>
        <w:pBdr>
          <w:bottom w:val="single" w:sz="10" w:space="8" w:color="2E74B5"/>
        </w:pBdr>
        <w:spacing w:after="0"/>
        <w:jc w:val="center"/>
        <w:rPr>
          <w:szCs w:val="20"/>
          <w:lang w:val="pl-PL"/>
        </w:rPr>
      </w:pPr>
      <w:r w:rsidRPr="006D4BCD">
        <w:rPr>
          <w:b/>
          <w:color w:val="595959" w:themeColor="text1" w:themeTint="A6"/>
          <w:szCs w:val="20"/>
          <w:lang w:val="pl-PL"/>
        </w:rPr>
        <w:t xml:space="preserve">Sprzedawca: </w:t>
      </w:r>
      <w:proofErr w:type="spellStart"/>
      <w:r w:rsidRPr="006D4BCD">
        <w:rPr>
          <w:szCs w:val="20"/>
          <w:lang w:val="pl-PL"/>
        </w:rPr>
        <w:t>Price</w:t>
      </w:r>
      <w:proofErr w:type="spellEnd"/>
      <w:r w:rsidRPr="006D4BCD">
        <w:rPr>
          <w:szCs w:val="20"/>
          <w:lang w:val="pl-PL"/>
        </w:rPr>
        <w:t xml:space="preserve"> &amp; Style Adam Rudnicki   </w:t>
      </w:r>
      <w:r w:rsidRPr="006D4BCD">
        <w:rPr>
          <w:b/>
          <w:color w:val="595959" w:themeColor="text1" w:themeTint="A6"/>
          <w:szCs w:val="20"/>
          <w:lang w:val="pl-PL"/>
        </w:rPr>
        <w:t>S</w:t>
      </w:r>
      <w:r w:rsidR="006D4BCD">
        <w:rPr>
          <w:b/>
          <w:color w:val="595959" w:themeColor="text1" w:themeTint="A6"/>
          <w:szCs w:val="20"/>
          <w:lang w:val="pl-PL"/>
        </w:rPr>
        <w:t>klep internetowy</w:t>
      </w:r>
      <w:r w:rsidRPr="006D4BCD">
        <w:rPr>
          <w:b/>
          <w:color w:val="595959" w:themeColor="text1" w:themeTint="A6"/>
          <w:szCs w:val="20"/>
          <w:lang w:val="pl-PL"/>
        </w:rPr>
        <w:t xml:space="preserve">: </w:t>
      </w:r>
      <w:r w:rsidRPr="006D4BCD">
        <w:rPr>
          <w:szCs w:val="20"/>
          <w:lang w:val="pl-PL"/>
        </w:rPr>
        <w:t>https://pricestyle.pl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A52D8" w:rsidRPr="00536181" w14:paraId="7DE6CDDA" w14:textId="77777777">
        <w:tc>
          <w:tcPr>
            <w:tcW w:w="93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A5F44" w14:textId="77777777" w:rsidR="00536181" w:rsidRDefault="00536181" w:rsidP="00536181">
            <w:pPr>
              <w:rPr>
                <w:sz w:val="21"/>
                <w:lang w:val="pl-PL"/>
              </w:rPr>
            </w:pPr>
            <w:r w:rsidRPr="006D4BCD">
              <w:rPr>
                <w:b/>
                <w:color w:val="595959" w:themeColor="text1" w:themeTint="A6"/>
                <w:sz w:val="21"/>
                <w:lang w:val="pl-PL"/>
              </w:rPr>
              <w:t>Zwrot przesyłki do adresata</w:t>
            </w:r>
            <w:r w:rsidRPr="006D4BCD">
              <w:rPr>
                <w:b/>
                <w:color w:val="808080" w:themeColor="background1" w:themeShade="80"/>
                <w:sz w:val="21"/>
                <w:lang w:val="pl-PL"/>
              </w:rPr>
              <w:t xml:space="preserve">: </w:t>
            </w:r>
            <w:proofErr w:type="spellStart"/>
            <w:r w:rsidRPr="00536181">
              <w:rPr>
                <w:sz w:val="21"/>
                <w:lang w:val="pl-PL"/>
              </w:rPr>
              <w:t>Price</w:t>
            </w:r>
            <w:proofErr w:type="spellEnd"/>
            <w:r w:rsidRPr="00536181">
              <w:rPr>
                <w:sz w:val="21"/>
                <w:lang w:val="pl-PL"/>
              </w:rPr>
              <w:t xml:space="preserve"> &amp; Style Adam Rudnicki, al. Niepodległości 14, 58-100 Świdnica</w:t>
            </w:r>
          </w:p>
          <w:p w14:paraId="62980AE5" w14:textId="29C52AB2" w:rsidR="00AA52D8" w:rsidRPr="00536181" w:rsidRDefault="00536181" w:rsidP="00536181">
            <w:pPr>
              <w:rPr>
                <w:lang w:val="pl-PL"/>
              </w:rPr>
            </w:pPr>
            <w:r w:rsidRPr="006D4BCD">
              <w:rPr>
                <w:b/>
                <w:bCs/>
                <w:color w:val="595959" w:themeColor="text1" w:themeTint="A6"/>
                <w:sz w:val="21"/>
                <w:lang w:val="pl-PL"/>
              </w:rPr>
              <w:t>lub Zwrot osobisty</w:t>
            </w:r>
            <w:r w:rsidRPr="006D4BCD">
              <w:rPr>
                <w:color w:val="595959" w:themeColor="text1" w:themeTint="A6"/>
                <w:sz w:val="21"/>
                <w:lang w:val="pl-PL"/>
              </w:rPr>
              <w:t xml:space="preserve"> </w:t>
            </w:r>
            <w:r>
              <w:rPr>
                <w:sz w:val="21"/>
                <w:lang w:val="pl-PL"/>
              </w:rPr>
              <w:t xml:space="preserve">w sklepie stacjonarnym adresata </w:t>
            </w:r>
            <w:proofErr w:type="spellStart"/>
            <w:r>
              <w:rPr>
                <w:sz w:val="21"/>
                <w:lang w:val="pl-PL"/>
              </w:rPr>
              <w:t>Price</w:t>
            </w:r>
            <w:proofErr w:type="spellEnd"/>
            <w:r>
              <w:rPr>
                <w:sz w:val="21"/>
                <w:lang w:val="pl-PL"/>
              </w:rPr>
              <w:t xml:space="preserve"> &amp; Style,</w:t>
            </w:r>
            <w:r w:rsidRPr="00536181">
              <w:rPr>
                <w:sz w:val="21"/>
                <w:lang w:val="pl-PL"/>
              </w:rPr>
              <w:t xml:space="preserve"> ul. Trybunalska 2, 58-100 Świdnica.</w:t>
            </w:r>
          </w:p>
        </w:tc>
      </w:tr>
    </w:tbl>
    <w:p w14:paraId="3E64AEBC" w14:textId="77777777" w:rsidR="00536181" w:rsidRDefault="00536181">
      <w:pPr>
        <w:rPr>
          <w:sz w:val="22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3"/>
        <w:gridCol w:w="5027"/>
      </w:tblGrid>
      <w:tr w:rsidR="006D4BCD" w:rsidRPr="004E75BC" w14:paraId="477E07DE" w14:textId="77777777" w:rsidTr="004B2709">
        <w:tc>
          <w:tcPr>
            <w:tcW w:w="10220" w:type="dxa"/>
            <w:gridSpan w:val="2"/>
          </w:tcPr>
          <w:p w14:paraId="3DE2F92D" w14:textId="0EE2EE41" w:rsidR="006D4BCD" w:rsidRPr="006D4BCD" w:rsidRDefault="006D4BCD">
            <w:pPr>
              <w:rPr>
                <w:b/>
                <w:bCs/>
                <w:color w:val="808080" w:themeColor="background1" w:themeShade="80"/>
                <w:sz w:val="22"/>
                <w:lang w:val="pl-PL"/>
              </w:rPr>
            </w:pPr>
            <w:r w:rsidRPr="006D4BCD">
              <w:rPr>
                <w:b/>
                <w:bCs/>
                <w:color w:val="808080" w:themeColor="background1" w:themeShade="80"/>
                <w:sz w:val="22"/>
                <w:lang w:val="pl-PL"/>
              </w:rPr>
              <w:t>Niniejszym informuję o odstąpieniu od umowy sprzedaży następującego Towaru / następujących Towarów:</w:t>
            </w:r>
          </w:p>
        </w:tc>
      </w:tr>
      <w:tr w:rsidR="006D4BCD" w14:paraId="783CDEDB" w14:textId="77777777" w:rsidTr="006D4BCD">
        <w:tc>
          <w:tcPr>
            <w:tcW w:w="5110" w:type="dxa"/>
          </w:tcPr>
          <w:p w14:paraId="226C13CF" w14:textId="20D99CB3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>Nazwa towaru / towarów</w:t>
            </w:r>
          </w:p>
        </w:tc>
        <w:tc>
          <w:tcPr>
            <w:tcW w:w="5110" w:type="dxa"/>
          </w:tcPr>
          <w:p w14:paraId="13D4840A" w14:textId="77777777" w:rsidR="006D4BCD" w:rsidRDefault="006D4BCD">
            <w:pPr>
              <w:rPr>
                <w:lang w:val="pl-PL"/>
              </w:rPr>
            </w:pPr>
          </w:p>
          <w:p w14:paraId="7D495848" w14:textId="77777777" w:rsidR="006D4BCD" w:rsidRDefault="006D4BCD">
            <w:pPr>
              <w:rPr>
                <w:lang w:val="pl-PL"/>
              </w:rPr>
            </w:pPr>
          </w:p>
          <w:p w14:paraId="264F0059" w14:textId="77777777" w:rsidR="006D4BCD" w:rsidRDefault="006D4BCD">
            <w:pPr>
              <w:rPr>
                <w:lang w:val="pl-PL"/>
              </w:rPr>
            </w:pPr>
          </w:p>
          <w:p w14:paraId="2740B3C2" w14:textId="77777777" w:rsidR="006D4BCD" w:rsidRDefault="006D4BCD">
            <w:pPr>
              <w:rPr>
                <w:lang w:val="pl-PL"/>
              </w:rPr>
            </w:pPr>
          </w:p>
        </w:tc>
      </w:tr>
      <w:tr w:rsidR="006D4BCD" w14:paraId="6A56BF24" w14:textId="77777777" w:rsidTr="006D4BCD">
        <w:tc>
          <w:tcPr>
            <w:tcW w:w="5110" w:type="dxa"/>
          </w:tcPr>
          <w:p w14:paraId="4900A54B" w14:textId="76146E2C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>Numer zamówienia</w:t>
            </w:r>
          </w:p>
        </w:tc>
        <w:tc>
          <w:tcPr>
            <w:tcW w:w="5110" w:type="dxa"/>
          </w:tcPr>
          <w:p w14:paraId="38D1F953" w14:textId="77777777" w:rsidR="006D4BCD" w:rsidRDefault="006D4BCD">
            <w:pPr>
              <w:rPr>
                <w:lang w:val="pl-PL"/>
              </w:rPr>
            </w:pPr>
          </w:p>
        </w:tc>
      </w:tr>
      <w:tr w:rsidR="006D4BCD" w14:paraId="090806F8" w14:textId="77777777" w:rsidTr="006D4BCD">
        <w:tc>
          <w:tcPr>
            <w:tcW w:w="5110" w:type="dxa"/>
          </w:tcPr>
          <w:p w14:paraId="1CEFA7B0" w14:textId="0CAB48F3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>Data sprzedaży/ zawarcia umowy</w:t>
            </w:r>
          </w:p>
        </w:tc>
        <w:tc>
          <w:tcPr>
            <w:tcW w:w="5110" w:type="dxa"/>
          </w:tcPr>
          <w:p w14:paraId="3100DC16" w14:textId="77777777" w:rsidR="006D4BCD" w:rsidRDefault="006D4BCD">
            <w:pPr>
              <w:rPr>
                <w:lang w:val="pl-PL"/>
              </w:rPr>
            </w:pPr>
          </w:p>
        </w:tc>
      </w:tr>
      <w:tr w:rsidR="006D4BCD" w14:paraId="21998F5D" w14:textId="77777777" w:rsidTr="006D4BCD">
        <w:tc>
          <w:tcPr>
            <w:tcW w:w="5110" w:type="dxa"/>
          </w:tcPr>
          <w:p w14:paraId="14001CCE" w14:textId="04EFE815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>Data odbioru towaru</w:t>
            </w:r>
          </w:p>
        </w:tc>
        <w:tc>
          <w:tcPr>
            <w:tcW w:w="5110" w:type="dxa"/>
          </w:tcPr>
          <w:p w14:paraId="635DD3F7" w14:textId="77777777" w:rsidR="006D4BCD" w:rsidRDefault="006D4BCD">
            <w:pPr>
              <w:rPr>
                <w:lang w:val="pl-PL"/>
              </w:rPr>
            </w:pPr>
          </w:p>
        </w:tc>
      </w:tr>
      <w:tr w:rsidR="006D4BCD" w14:paraId="5CF3FF7C" w14:textId="77777777" w:rsidTr="006D4BCD">
        <w:tc>
          <w:tcPr>
            <w:tcW w:w="5110" w:type="dxa"/>
          </w:tcPr>
          <w:p w14:paraId="5D3FF97C" w14:textId="0F2BFC2F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>Imię i nazwisko K</w:t>
            </w:r>
            <w:r>
              <w:rPr>
                <w:color w:val="595959" w:themeColor="text1" w:themeTint="A6"/>
                <w:sz w:val="18"/>
                <w:szCs w:val="18"/>
                <w:lang w:val="pl-PL"/>
              </w:rPr>
              <w:t>lienta</w:t>
            </w:r>
            <w:r w:rsidRPr="006D4BCD">
              <w:rPr>
                <w:color w:val="595959" w:themeColor="text1" w:themeTint="A6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110" w:type="dxa"/>
          </w:tcPr>
          <w:p w14:paraId="7A52FE55" w14:textId="77777777" w:rsidR="006D4BCD" w:rsidRDefault="006D4BCD">
            <w:pPr>
              <w:rPr>
                <w:lang w:val="pl-PL"/>
              </w:rPr>
            </w:pPr>
          </w:p>
        </w:tc>
      </w:tr>
      <w:tr w:rsidR="006D4BCD" w14:paraId="4DEC9244" w14:textId="77777777" w:rsidTr="006D4BCD">
        <w:tc>
          <w:tcPr>
            <w:tcW w:w="5110" w:type="dxa"/>
          </w:tcPr>
          <w:p w14:paraId="67FA7EAC" w14:textId="2C0C9EC6" w:rsidR="006D4BCD" w:rsidRP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>
              <w:rPr>
                <w:color w:val="595959" w:themeColor="text1" w:themeTint="A6"/>
                <w:sz w:val="18"/>
                <w:szCs w:val="18"/>
                <w:lang w:val="pl-PL"/>
              </w:rPr>
              <w:t>Adres pocztowy Klienta</w:t>
            </w:r>
          </w:p>
        </w:tc>
        <w:tc>
          <w:tcPr>
            <w:tcW w:w="5110" w:type="dxa"/>
          </w:tcPr>
          <w:p w14:paraId="0FDA89FE" w14:textId="77777777" w:rsidR="006D4BCD" w:rsidRDefault="006D4BCD">
            <w:pPr>
              <w:rPr>
                <w:lang w:val="pl-PL"/>
              </w:rPr>
            </w:pPr>
          </w:p>
        </w:tc>
      </w:tr>
      <w:tr w:rsidR="006D4BCD" w:rsidRPr="004E75BC" w14:paraId="04631642" w14:textId="77777777" w:rsidTr="006D4BCD">
        <w:tc>
          <w:tcPr>
            <w:tcW w:w="5110" w:type="dxa"/>
          </w:tcPr>
          <w:p w14:paraId="0E32DE53" w14:textId="756CEF90" w:rsidR="006D4BCD" w:rsidRDefault="006D4BCD">
            <w:pPr>
              <w:rPr>
                <w:color w:val="595959" w:themeColor="text1" w:themeTint="A6"/>
                <w:sz w:val="18"/>
                <w:szCs w:val="18"/>
                <w:lang w:val="pl-PL"/>
              </w:rPr>
            </w:pPr>
            <w:r>
              <w:rPr>
                <w:color w:val="595959" w:themeColor="text1" w:themeTint="A6"/>
                <w:sz w:val="18"/>
                <w:szCs w:val="18"/>
                <w:lang w:val="pl-PL"/>
              </w:rPr>
              <w:t>Adres email i telefon Klienta (dane ułatwiające kontakt)</w:t>
            </w:r>
          </w:p>
        </w:tc>
        <w:tc>
          <w:tcPr>
            <w:tcW w:w="5110" w:type="dxa"/>
          </w:tcPr>
          <w:p w14:paraId="5087CA27" w14:textId="77777777" w:rsidR="006D4BCD" w:rsidRDefault="006D4BCD">
            <w:pPr>
              <w:rPr>
                <w:lang w:val="pl-PL"/>
              </w:rPr>
            </w:pPr>
          </w:p>
        </w:tc>
      </w:tr>
    </w:tbl>
    <w:p w14:paraId="05B0865E" w14:textId="7405B122" w:rsidR="00AA52D8" w:rsidRPr="006D4BCD" w:rsidRDefault="00AA52D8">
      <w:pPr>
        <w:pStyle w:val="Nagwek2"/>
        <w:rPr>
          <w:color w:val="808080" w:themeColor="background1" w:themeShade="80"/>
          <w:sz w:val="22"/>
          <w:szCs w:val="22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6"/>
        <w:gridCol w:w="9264"/>
      </w:tblGrid>
      <w:tr w:rsidR="006D4BCD" w:rsidRPr="004E75BC" w14:paraId="22A98794" w14:textId="77777777" w:rsidTr="003F6CB4">
        <w:tc>
          <w:tcPr>
            <w:tcW w:w="10220" w:type="dxa"/>
            <w:gridSpan w:val="2"/>
          </w:tcPr>
          <w:p w14:paraId="12109ED2" w14:textId="7ED0A172" w:rsidR="006D4BCD" w:rsidRPr="006D4BCD" w:rsidRDefault="006D4BCD" w:rsidP="006D4BCD">
            <w:pPr>
              <w:rPr>
                <w:b/>
                <w:bCs/>
                <w:color w:val="808080" w:themeColor="background1" w:themeShade="80"/>
                <w:sz w:val="22"/>
                <w:lang w:val="pl-PL"/>
              </w:rPr>
            </w:pPr>
            <w:r w:rsidRPr="006D4BCD">
              <w:rPr>
                <w:b/>
                <w:bCs/>
                <w:color w:val="808080" w:themeColor="background1" w:themeShade="80"/>
                <w:sz w:val="22"/>
                <w:lang w:val="pl-PL"/>
              </w:rPr>
              <w:t>ZAKRES ODSTĄPIENIA (</w:t>
            </w:r>
            <w:r w:rsidR="002F4D5E" w:rsidRPr="006D4BCD">
              <w:rPr>
                <w:b/>
                <w:bCs/>
                <w:color w:val="808080" w:themeColor="background1" w:themeShade="80"/>
                <w:sz w:val="22"/>
                <w:lang w:val="pl-PL"/>
              </w:rPr>
              <w:t>ZAZNACZYĆ WŁAŚCIWE KRZYŻYKIEM</w:t>
            </w:r>
            <w:r w:rsidR="002F4D5E">
              <w:rPr>
                <w:b/>
                <w:bCs/>
                <w:color w:val="808080" w:themeColor="background1" w:themeShade="80"/>
                <w:sz w:val="22"/>
                <w:lang w:val="pl-PL"/>
              </w:rPr>
              <w:t xml:space="preserve"> LUB PTASZKIEM</w:t>
            </w:r>
            <w:r w:rsidRPr="006D4BCD">
              <w:rPr>
                <w:b/>
                <w:bCs/>
                <w:color w:val="808080" w:themeColor="background1" w:themeShade="80"/>
                <w:sz w:val="22"/>
                <w:lang w:val="pl-PL"/>
              </w:rPr>
              <w:t>)</w:t>
            </w:r>
          </w:p>
        </w:tc>
      </w:tr>
      <w:tr w:rsidR="006D4BCD" w14:paraId="78C342B6" w14:textId="77777777" w:rsidTr="006D4BCD">
        <w:tc>
          <w:tcPr>
            <w:tcW w:w="817" w:type="dxa"/>
          </w:tcPr>
          <w:p w14:paraId="54B02F43" w14:textId="77777777" w:rsidR="006D4BCD" w:rsidRPr="006D4BCD" w:rsidRDefault="006D4BCD" w:rsidP="006D4BCD">
            <w:pPr>
              <w:rPr>
                <w:lang w:val="pl-PL"/>
              </w:rPr>
            </w:pPr>
          </w:p>
        </w:tc>
        <w:tc>
          <w:tcPr>
            <w:tcW w:w="9403" w:type="dxa"/>
          </w:tcPr>
          <w:p w14:paraId="0611ED24" w14:textId="269B0468" w:rsidR="006D4BCD" w:rsidRDefault="006D4BCD" w:rsidP="006D4BCD">
            <w:proofErr w:type="spellStart"/>
            <w:r>
              <w:t>Odstępuję</w:t>
            </w:r>
            <w:proofErr w:type="spellEnd"/>
            <w:r>
              <w:t xml:space="preserve"> od </w:t>
            </w:r>
            <w:proofErr w:type="spellStart"/>
            <w:r>
              <w:t>całej</w:t>
            </w:r>
            <w:proofErr w:type="spellEnd"/>
            <w:r>
              <w:t xml:space="preserve"> </w:t>
            </w:r>
            <w:proofErr w:type="spellStart"/>
            <w:r>
              <w:t>umowy</w:t>
            </w:r>
            <w:proofErr w:type="spellEnd"/>
          </w:p>
        </w:tc>
      </w:tr>
      <w:tr w:rsidR="006D4BCD" w:rsidRPr="004E75BC" w14:paraId="6533C92A" w14:textId="77777777" w:rsidTr="006D4BCD">
        <w:tc>
          <w:tcPr>
            <w:tcW w:w="817" w:type="dxa"/>
          </w:tcPr>
          <w:p w14:paraId="4B44EDD3" w14:textId="77777777" w:rsidR="006D4BCD" w:rsidRDefault="006D4BCD" w:rsidP="006D4BCD"/>
        </w:tc>
        <w:tc>
          <w:tcPr>
            <w:tcW w:w="9403" w:type="dxa"/>
          </w:tcPr>
          <w:p w14:paraId="2E649EFB" w14:textId="309353B4" w:rsidR="006D4BCD" w:rsidRPr="006D4BCD" w:rsidRDefault="006D4BCD" w:rsidP="006D4BCD">
            <w:pPr>
              <w:pStyle w:val="Listapunktowana"/>
              <w:numPr>
                <w:ilvl w:val="0"/>
                <w:numId w:val="0"/>
              </w:numPr>
              <w:spacing w:after="40" w:line="280" w:lineRule="auto"/>
              <w:ind w:left="360" w:hanging="360"/>
              <w:rPr>
                <w:lang w:val="pl-PL"/>
              </w:rPr>
            </w:pPr>
            <w:r w:rsidRPr="00536181">
              <w:rPr>
                <w:sz w:val="22"/>
                <w:lang w:val="pl-PL"/>
              </w:rPr>
              <w:t>Odstępuję od umowy w części dotyczącej Towarów wskazanych powyżej.</w:t>
            </w:r>
          </w:p>
        </w:tc>
      </w:tr>
    </w:tbl>
    <w:p w14:paraId="652EB055" w14:textId="77777777" w:rsidR="006D4BCD" w:rsidRPr="006D4BCD" w:rsidRDefault="006D4BCD" w:rsidP="006D4BCD">
      <w:pPr>
        <w:rPr>
          <w:lang w:val="pl-PL"/>
        </w:rPr>
      </w:pPr>
    </w:p>
    <w:p w14:paraId="7FE114D7" w14:textId="77777777" w:rsidR="00AA52D8" w:rsidRPr="003F4567" w:rsidRDefault="00000000">
      <w:pPr>
        <w:pStyle w:val="Nagwek2"/>
        <w:rPr>
          <w:color w:val="595959" w:themeColor="text1" w:themeTint="A6"/>
          <w:lang w:val="pl-PL"/>
        </w:rPr>
      </w:pPr>
      <w:r w:rsidRPr="003F4567">
        <w:rPr>
          <w:color w:val="595959" w:themeColor="text1" w:themeTint="A6"/>
          <w:lang w:val="pl-PL"/>
        </w:rPr>
        <w:t>Zwrot płatności</w:t>
      </w:r>
    </w:p>
    <w:p w14:paraId="78E972F0" w14:textId="1C5E0825" w:rsidR="00AA52D8" w:rsidRPr="00536181" w:rsidRDefault="00000000">
      <w:pPr>
        <w:rPr>
          <w:lang w:val="pl-PL"/>
        </w:rPr>
      </w:pPr>
      <w:r w:rsidRPr="00536181">
        <w:rPr>
          <w:sz w:val="22"/>
          <w:lang w:val="pl-PL"/>
        </w:rPr>
        <w:t xml:space="preserve">Zwrot zostanie wykonany tą samą metodą, której użyto do zapłaty, </w:t>
      </w:r>
      <w:r w:rsidR="003F4567">
        <w:rPr>
          <w:sz w:val="22"/>
          <w:lang w:val="pl-PL"/>
        </w:rPr>
        <w:t>bądź na n</w:t>
      </w:r>
      <w:r w:rsidRPr="00536181">
        <w:rPr>
          <w:sz w:val="22"/>
          <w:lang w:val="pl-PL"/>
        </w:rPr>
        <w:t xml:space="preserve">umer </w:t>
      </w:r>
      <w:r w:rsidR="003F4567">
        <w:rPr>
          <w:sz w:val="22"/>
          <w:lang w:val="pl-PL"/>
        </w:rPr>
        <w:t xml:space="preserve">poniższego </w:t>
      </w:r>
      <w:r w:rsidRPr="00536181">
        <w:rPr>
          <w:sz w:val="22"/>
          <w:lang w:val="pl-PL"/>
        </w:rPr>
        <w:t xml:space="preserve">rachunku </w:t>
      </w:r>
      <w:r w:rsidR="003F4567">
        <w:rPr>
          <w:sz w:val="22"/>
          <w:lang w:val="pl-PL"/>
        </w:rPr>
        <w:t>Klienta w celu</w:t>
      </w:r>
      <w:r w:rsidRPr="00536181">
        <w:rPr>
          <w:sz w:val="22"/>
          <w:lang w:val="pl-PL"/>
        </w:rPr>
        <w:t xml:space="preserve"> zwrotu przelewem:</w:t>
      </w:r>
    </w:p>
    <w:p w14:paraId="2EEB64B0" w14:textId="77777777" w:rsidR="00AA52D8" w:rsidRPr="00536181" w:rsidRDefault="00000000">
      <w:pPr>
        <w:spacing w:before="60" w:after="0"/>
        <w:rPr>
          <w:lang w:val="pl-PL"/>
        </w:rPr>
      </w:pPr>
      <w:r w:rsidRPr="00536181">
        <w:rPr>
          <w:color w:val="5A626C"/>
          <w:sz w:val="19"/>
          <w:lang w:val="pl-PL"/>
        </w:rPr>
        <w:t>________________________________________________________________</w:t>
      </w:r>
    </w:p>
    <w:p w14:paraId="17828563" w14:textId="77777777" w:rsidR="00AA52D8" w:rsidRPr="00536181" w:rsidRDefault="00000000">
      <w:pPr>
        <w:spacing w:after="20"/>
        <w:rPr>
          <w:lang w:val="pl-PL"/>
        </w:rPr>
      </w:pPr>
      <w:r w:rsidRPr="00536181">
        <w:rPr>
          <w:color w:val="5A626C"/>
          <w:sz w:val="17"/>
          <w:lang w:val="pl-PL"/>
        </w:rPr>
        <w:t>opcjonalny numer rachunku bankowego</w:t>
      </w:r>
    </w:p>
    <w:p w14:paraId="0543EB74" w14:textId="77777777" w:rsidR="00AA52D8" w:rsidRPr="00536181" w:rsidRDefault="00000000">
      <w:pPr>
        <w:spacing w:before="60" w:after="0"/>
        <w:rPr>
          <w:lang w:val="pl-PL"/>
        </w:rPr>
      </w:pPr>
      <w:r w:rsidRPr="00536181">
        <w:rPr>
          <w:color w:val="5A626C"/>
          <w:sz w:val="19"/>
          <w:lang w:val="pl-PL"/>
        </w:rPr>
        <w:t>________________________________________________________________</w:t>
      </w:r>
    </w:p>
    <w:p w14:paraId="19AC755E" w14:textId="77777777" w:rsidR="00AA52D8" w:rsidRPr="00536181" w:rsidRDefault="00000000">
      <w:pPr>
        <w:spacing w:after="20"/>
        <w:rPr>
          <w:lang w:val="pl-PL"/>
        </w:rPr>
      </w:pPr>
      <w:r w:rsidRPr="00536181">
        <w:rPr>
          <w:color w:val="5A626C"/>
          <w:sz w:val="17"/>
          <w:lang w:val="pl-PL"/>
        </w:rPr>
        <w:t>data</w:t>
      </w:r>
    </w:p>
    <w:p w14:paraId="081F61C8" w14:textId="77777777" w:rsidR="00AA52D8" w:rsidRPr="00536181" w:rsidRDefault="00000000">
      <w:pPr>
        <w:spacing w:before="60" w:after="0"/>
        <w:rPr>
          <w:lang w:val="pl-PL"/>
        </w:rPr>
      </w:pPr>
      <w:r w:rsidRPr="00536181">
        <w:rPr>
          <w:color w:val="5A626C"/>
          <w:sz w:val="19"/>
          <w:lang w:val="pl-PL"/>
        </w:rPr>
        <w:t>________________________________________________________________</w:t>
      </w:r>
    </w:p>
    <w:p w14:paraId="36F6E5D6" w14:textId="2A624940" w:rsidR="00AA52D8" w:rsidRPr="00536181" w:rsidRDefault="003F4567">
      <w:pPr>
        <w:spacing w:after="20"/>
        <w:rPr>
          <w:lang w:val="pl-PL"/>
        </w:rPr>
      </w:pPr>
      <w:r>
        <w:rPr>
          <w:color w:val="5A626C"/>
          <w:sz w:val="17"/>
          <w:lang w:val="pl-PL"/>
        </w:rPr>
        <w:t>Czytelny P</w:t>
      </w:r>
      <w:r w:rsidRPr="00536181">
        <w:rPr>
          <w:color w:val="5A626C"/>
          <w:sz w:val="17"/>
          <w:lang w:val="pl-PL"/>
        </w:rPr>
        <w:t xml:space="preserve">odpis </w:t>
      </w:r>
      <w:r>
        <w:rPr>
          <w:color w:val="5A626C"/>
          <w:sz w:val="17"/>
          <w:lang w:val="pl-PL"/>
        </w:rPr>
        <w:t>Klienta</w:t>
      </w:r>
    </w:p>
    <w:p w14:paraId="38DC14B7" w14:textId="747C2B35" w:rsidR="00AA52D8" w:rsidRPr="003F4567" w:rsidRDefault="001C46EC" w:rsidP="001C46EC">
      <w:pPr>
        <w:pStyle w:val="Nagwek2"/>
        <w:rPr>
          <w:color w:val="595959" w:themeColor="text1" w:themeTint="A6"/>
          <w:lang w:val="pl-PL"/>
        </w:rPr>
      </w:pPr>
      <w:r w:rsidRPr="003F4567">
        <w:rPr>
          <w:color w:val="595959" w:themeColor="text1" w:themeTint="A6"/>
          <w:lang w:val="pl-PL"/>
        </w:rPr>
        <w:t>INFORMACJA DLA KLIENTA</w:t>
      </w:r>
    </w:p>
    <w:p w14:paraId="6E137F61" w14:textId="2917ABA9" w:rsidR="00AA52D8" w:rsidRPr="006D4BCD" w:rsidRDefault="00000000" w:rsidP="001C46EC">
      <w:pPr>
        <w:rPr>
          <w:b/>
          <w:bCs/>
        </w:rPr>
      </w:pPr>
      <w:r w:rsidRPr="006D4BCD">
        <w:rPr>
          <w:b/>
          <w:bCs/>
          <w:sz w:val="22"/>
          <w:lang w:val="pl-PL"/>
        </w:rPr>
        <w:t xml:space="preserve">Oświadczenie należy wysłać przed upływem 14 dni od otrzymania Towaru. Towar należy odesłać niezwłocznie, nie później niż w terminie 14 dni od złożenia oświadczenia, na adres al. Niepodległości 14, 58-100 Świdnica, albo zwrócić osobiście </w:t>
      </w:r>
      <w:r w:rsidR="003F4567">
        <w:rPr>
          <w:b/>
          <w:bCs/>
          <w:sz w:val="22"/>
          <w:lang w:val="pl-PL"/>
        </w:rPr>
        <w:t xml:space="preserve">w sklepie stacjonarnym </w:t>
      </w:r>
      <w:proofErr w:type="spellStart"/>
      <w:r w:rsidR="003F4567">
        <w:rPr>
          <w:b/>
          <w:bCs/>
          <w:sz w:val="22"/>
          <w:lang w:val="pl-PL"/>
        </w:rPr>
        <w:t>Price</w:t>
      </w:r>
      <w:proofErr w:type="spellEnd"/>
      <w:r w:rsidR="003F4567">
        <w:rPr>
          <w:b/>
          <w:bCs/>
          <w:sz w:val="22"/>
          <w:lang w:val="pl-PL"/>
        </w:rPr>
        <w:t xml:space="preserve"> &amp; Style w Świdnicy </w:t>
      </w:r>
      <w:r w:rsidRPr="006D4BCD">
        <w:rPr>
          <w:b/>
          <w:bCs/>
          <w:sz w:val="22"/>
          <w:lang w:val="pl-PL"/>
        </w:rPr>
        <w:t>przy ul. Trybunalskiej 2. Bezpośredni koszt zwrotu ponosi Klient.</w:t>
      </w:r>
    </w:p>
    <w:sectPr w:rsidR="00AA52D8" w:rsidRPr="006D4BCD" w:rsidSect="00034616">
      <w:headerReference w:type="default" r:id="rId8"/>
      <w:footerReference w:type="default" r:id="rId9"/>
      <w:pgSz w:w="12240" w:h="15840"/>
      <w:pgMar w:top="792" w:right="1080" w:bottom="792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942D" w14:textId="77777777" w:rsidR="001D0084" w:rsidRDefault="001D0084">
      <w:pPr>
        <w:spacing w:after="0" w:line="240" w:lineRule="auto"/>
      </w:pPr>
      <w:r>
        <w:separator/>
      </w:r>
    </w:p>
  </w:endnote>
  <w:endnote w:type="continuationSeparator" w:id="0">
    <w:p w14:paraId="1FD6D7E8" w14:textId="77777777" w:rsidR="001D0084" w:rsidRDefault="001D0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AD0D" w14:textId="77777777" w:rsidR="00AA52D8" w:rsidRDefault="00000000">
    <w:pPr>
      <w:pStyle w:val="Stopka"/>
      <w:jc w:val="right"/>
    </w:pPr>
    <w:r>
      <w:rPr>
        <w:color w:val="5A626C"/>
        <w:sz w:val="18"/>
      </w:rPr>
      <w:t xml:space="preserve">Strona </w:t>
    </w:r>
    <w:r>
      <w:rPr>
        <w:color w:val="5A626C"/>
        <w:sz w:val="18"/>
      </w:rPr>
      <w:fldChar w:fldCharType="begin"/>
    </w:r>
    <w:r>
      <w:rPr>
        <w:color w:val="5A626C"/>
        <w:sz w:val="18"/>
      </w:rPr>
      <w:instrText xml:space="preserve"> PAGE </w:instrText>
    </w:r>
    <w:r>
      <w:rPr>
        <w:color w:val="5A626C"/>
        <w:sz w:val="18"/>
      </w:rPr>
      <w:fldChar w:fldCharType="separate"/>
    </w:r>
    <w:r w:rsidR="00536181">
      <w:rPr>
        <w:noProof/>
        <w:color w:val="5A626C"/>
        <w:sz w:val="18"/>
      </w:rPr>
      <w:t>1</w:t>
    </w:r>
    <w:r>
      <w:rPr>
        <w:color w:val="5A626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C4E7" w14:textId="77777777" w:rsidR="001D0084" w:rsidRDefault="001D0084">
      <w:pPr>
        <w:spacing w:after="0" w:line="240" w:lineRule="auto"/>
      </w:pPr>
      <w:r>
        <w:separator/>
      </w:r>
    </w:p>
  </w:footnote>
  <w:footnote w:type="continuationSeparator" w:id="0">
    <w:p w14:paraId="6A498D1D" w14:textId="77777777" w:rsidR="001D0084" w:rsidRDefault="001D0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863D" w14:textId="47929B78" w:rsidR="00AA52D8" w:rsidRPr="004E75BC" w:rsidRDefault="00536181" w:rsidP="004E75BC">
    <w:pPr>
      <w:pStyle w:val="Nagwek"/>
      <w:jc w:val="right"/>
      <w:rPr>
        <w:b/>
        <w:color w:val="5A626C"/>
        <w:sz w:val="18"/>
      </w:rPr>
    </w:pPr>
    <w:r>
      <w:rPr>
        <w:b/>
        <w:noProof/>
        <w:color w:val="5A626C"/>
        <w:sz w:val="18"/>
      </w:rPr>
      <w:drawing>
        <wp:anchor distT="0" distB="0" distL="114300" distR="114300" simplePos="0" relativeHeight="251661312" behindDoc="1" locked="0" layoutInCell="1" allowOverlap="1" wp14:anchorId="3A70B0BD" wp14:editId="27C57AFF">
          <wp:simplePos x="0" y="0"/>
          <wp:positionH relativeFrom="column">
            <wp:posOffset>5125720</wp:posOffset>
          </wp:positionH>
          <wp:positionV relativeFrom="paragraph">
            <wp:posOffset>-62316</wp:posOffset>
          </wp:positionV>
          <wp:extent cx="1275715" cy="206375"/>
          <wp:effectExtent l="0" t="0" r="635" b="3175"/>
          <wp:wrapTopAndBottom/>
          <wp:docPr id="9942408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240827" name="Obraz 9942408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20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5A626C"/>
        <w:sz w:val="18"/>
      </w:rPr>
      <w:t xml:space="preserve"> </w:t>
    </w:r>
    <w:r>
      <w:rPr>
        <w:b/>
        <w:color w:val="5A626C"/>
        <w:szCs w:val="20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11491">
    <w:abstractNumId w:val="8"/>
  </w:num>
  <w:num w:numId="2" w16cid:durableId="1029254951">
    <w:abstractNumId w:val="6"/>
  </w:num>
  <w:num w:numId="3" w16cid:durableId="1000280049">
    <w:abstractNumId w:val="5"/>
  </w:num>
  <w:num w:numId="4" w16cid:durableId="62027801">
    <w:abstractNumId w:val="4"/>
  </w:num>
  <w:num w:numId="5" w16cid:durableId="1536237695">
    <w:abstractNumId w:val="7"/>
  </w:num>
  <w:num w:numId="6" w16cid:durableId="655770551">
    <w:abstractNumId w:val="3"/>
  </w:num>
  <w:num w:numId="7" w16cid:durableId="1762020172">
    <w:abstractNumId w:val="2"/>
  </w:num>
  <w:num w:numId="8" w16cid:durableId="373774766">
    <w:abstractNumId w:val="1"/>
  </w:num>
  <w:num w:numId="9" w16cid:durableId="15253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46EC"/>
    <w:rsid w:val="001D0084"/>
    <w:rsid w:val="0029639D"/>
    <w:rsid w:val="002F4D5E"/>
    <w:rsid w:val="00326F90"/>
    <w:rsid w:val="00371ADE"/>
    <w:rsid w:val="003F4567"/>
    <w:rsid w:val="004E75BC"/>
    <w:rsid w:val="00536181"/>
    <w:rsid w:val="006D4BCD"/>
    <w:rsid w:val="00AA1D8D"/>
    <w:rsid w:val="00AA52D8"/>
    <w:rsid w:val="00B36EAC"/>
    <w:rsid w:val="00B47730"/>
    <w:rsid w:val="00C61B39"/>
    <w:rsid w:val="00CB0664"/>
    <w:rsid w:val="00ED1B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ECF912"/>
  <w14:defaultImageDpi w14:val="330"/>
  <w15:docId w15:val="{52DBA4E9-D98D-4D0B-A8C1-D47F15C9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64" w:lineRule="auto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1432</Characters>
  <Application>Microsoft Office Word</Application>
  <DocSecurity>0</DocSecurity>
  <Lines>46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03 Formularz odstapienia PriceStyle</vt:lpstr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Formularz odstapienia PriceStyle</dc:title>
  <dc:subject>Dokument sklepu internetowego Price&amp;Style</dc:subject>
  <dc:creator>Price &amp; Style Adam Rudnicki</dc:creator>
  <cp:keywords>Price&amp;Style, sklep internetowy, regulamin, konsument</cp:keywords>
  <dc:description>generated by python-docx</dc:description>
  <cp:lastModifiedBy>Sylwia Osojca</cp:lastModifiedBy>
  <cp:revision>3</cp:revision>
  <dcterms:created xsi:type="dcterms:W3CDTF">2026-08-11T18:02:00Z</dcterms:created>
  <dcterms:modified xsi:type="dcterms:W3CDTF">2026-08-11T18:03:00Z</dcterms:modified>
  <cp:category/>
</cp:coreProperties>
</file>